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1214: 在最大数后面插入一个数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1214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8562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在一个不重复数组的最大数的后面插入一个新的数 y。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三行：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第一行有一个整数 n  ( 5 ≤  n  ≤  100 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第二行有 n 个整数；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第三行有一个整数 y，为要插入的数。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更新后的数组。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7 2 3 4 5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7 9 2 3 4 5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