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1210: 马鞍数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求一个 n × m 数阵中的马鞍数，输出它的位置。所谓马鞍数，是指在行上最小而在列上最大的数。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如下： n=5 m=5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5 6 7 8 9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4 5 6 7 8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2 3 4 9 0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则 1 行 1 列上的数就是马鞍数。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n+1 行，第一行： n m (n,m &lt; 10)；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 n+1 行：每行 m 个整数；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输出若干行：如果存在马鞍数，则输出所有马鞍数，每行一个，为行和列以及马鞍数，马鞍数按照读入的顺序输出，也就是说，如果有多组马鞍数，先读入的先输出。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如果不存在马鞍数，则输出not exist。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9 8 7 6 5 4 3 2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8 8 9 9 9 9 9 9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3 7 7 6 5 4 2 1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8 8 3 2 1 7 3 2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7 5 3 2 9 1 3 2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6 3 2 1 9 3 1 3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8 2 1 3 5 8 9 1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1 3 2 1 3 5 6 8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9 3 1 2 3 4 5 8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2 2 8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