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1202: 拐角VII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输入整数 N ，输出相应方阵。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0 &lt; N ≤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5  5  5  5  5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4  4  4  4  5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3  3  3  4  5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2  2  3  4  5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1  2  3  4  5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