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1198: 拐角III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5  5  5  5  5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5  4  4  4  4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5  4  3  3  3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5  4  3  2  2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5  4  3  2  1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