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1196: 拐角I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1  1  1  1  1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1  2  2  2  2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1  2  3  3  3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