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1190: 对角线I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10714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1  0  0  0  0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0  1  0  0  0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0  0  1  0  0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0  0  0  1  0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0  0  0  0  1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