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1183: 去除重复数字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12600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给你 N 个数（N≤100），每个数都在（0 ∼ 1000）之间，其中由很多重复的数字，请将重复的数字只保留一个，并将剩下的数由小到大排序并输出。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输入有 2 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行为 1 个正整数，表示数的个数：N；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个用空格隔开的整数。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行为 1 个正整数 M，表示不相同数的个数。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M 行，每行一个整数，表示从小到大排好序的不相同的数。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20 40 32 67 40 20 89 300 400 15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