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1180: 数字出现次数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1180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11162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 50 个数（ 0 ∼ 19），求这 50个数中相同数字出现的最多次数为几次？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50 个数字。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1 个数字（即相同数字出现的最多次数）。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1 10 2 0 15 8 12 7 0 3 15 0 15 18 16 7 17 16 9 1 19 16 12 17 12 4 3 11 1 14 2 11 14 6 11 4 6 4 11 13 18 7 0 3 2 3 18 19 2 16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