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1176: 素数问题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8099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编一个程序，计算 1 ∼ n 范围内素数的个数。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包括多组数据（不超过 100 组），每组数据仅有一个整数 n  （ 1 ≤ n ≤ 100 ），输入以 0 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对于每组数据输入，输出一行，为 1 ∼ n （包括 n ）之间的素数的个数。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