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1170: 最大数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12503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个数中最大的那个数在哪里？输出其位置，若有多个最大数则都要输出。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 n （ 3 ≤  n ≤  10）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第二行：空格隔开的 n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输出若干个数，表示最大数的位置，每行一个。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1 2 6 3 6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