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1168: 歌唱比赛评分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12886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四（1） 班要举行一次歌唱比赛，以选拔更好的苗子参加校的歌唱比赛。评分办法如下：设 N 个评委，打 N 个分数（ 0 ≤  每个分数  ≤  10 ），去掉一个最高分，去掉一个最低分，剩下的评委的平均分即为该选手的最后得分。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但是选手太多了，靠人工计算每个选手的得分太慢太麻烦。你能不能帮帮他们，设计一个程序让计算机来算出选手的最后得分呢？（ 4.1.53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第一行为一个整数 N （ 5 ≤ N ≤  10 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个整数 Ai （ 0 ≤  Ai ≤  10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选手的最后得分（保留两位小数）。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5 6 7 8 9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