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1166: 数的排序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14338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个不超过 30000 的整数（n ≤ 10 ）。然后求出每个数的数字和，再按每个数的数字和由小到大排列输出。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第一行为整数 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由小到大排列的每个数的数字和（每个数之间保留一个空格）。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33 104 87 16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5 6 7 15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