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1161: 元素插入有序数组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1161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11468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给你一个整数 n 和一个数列(数列个数不超过 1000 )，这个数列保证从小到大排列，现要求将这个整数 n 插入到数列中，使新的数列仍然从小到大排列。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第一行一个整数 n 表示等待插入的数 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第二行一个整数 m 表示数列中数的个数；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第三行 m 个整数（空格隔开）。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一行整数：新的数列（空格隔开）。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1 3 4 5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1 2 3 4 5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