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1158: 输出奇数和偶数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19639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 个整数，将其中的奇数和偶数分别显示出来（1 &lt;  n &lt; 30）。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第一行：一个整数 n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 n 个空格隔开的整数。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第一行：若干个奇数；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第二行：若干个偶数。（每个数前面都有一个空格）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21 12 33 43 59 68 77 18 19 40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21 33 43 59 77 19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12 68 18 40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