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1157: 最小数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11341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个整数的数列，请找出数列中最小数所在的位置（若有多个最小数，则选最左边的那个最小数），把它与数列的第一个数对调，其他数的位置不动，输出此数列。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行输入数组元素的个数 n（2 ≤ n ≤ 200）；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个整数，用空格分开（0 ≤ 数组元素 ≤ 40000）。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第一行：最小数所在的位置（只需要输出最左边的一个的位置）；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第二行：交换后的数组（一个空格隔开）。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2 6 1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1 6 2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