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1156: 排除异形基因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神舟号飞船在完成宇宙探险任务回到地球后，宇航员张三感觉身体不太舒服，去了医院检查，医生诊断结果：张三体内基因已被改变，原有人体基因序列中已经被渗入外星球不明异形生物基因，但可喜的是，这些异形基因都有一个共同的特征，就是该基因序号的平方除以 7 的余数都是 1，要赶快清除掉，否则会危害整个人类。赶快行动吧。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（基因个数 3 ≤ n ≤ 200）；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个整数（张三的基因序列）。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去除异形基因后的正常序列，空格隔开。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6 2 8 12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