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1154: 数组元素的查找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1154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19399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给你 m 个整数，查找其中有无值为 n 的数，有则输出该数第一次出现的位置，没有则输出 -1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m 代表数的个数 ( 0 ≤ m ≤ 100 )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m 个整数（空格隔开）( 这些数在0 ∼ 1000000范围内 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第三行为要查找的数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的位置或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