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1153: 查找“支撑数”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在已知一组整数中，有这样一种数非常怪，它们不在第一个，也不在最后一个，而且刚好都比左边和右边相邻的数大，你能找到它们吗？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第一行为整数 m，表示输入的整数个数。（ 3 ≤ m ≤ 100 )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m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若干个支撑数，每行一个。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1 3 2 4 1 5 3 9 7 10 8 23 85 43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