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1151: 桐桐数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桐桐很喜欢研究数字，特别喜欢研究质数。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一天，桐桐发现有一些数字可以表示成两个质数相乘的形式，比如，10=2 × 5，2、5 都是质数，所以 10 是一个“桐桐数”。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所以桐桐决定考考你，她告诉你一个数 n ，请你判断 n 是不是“桐桐数”。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 n (1 ≤ n ≤ 2^{31} -1)。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输出一行，如果 n 是一个“桐桐数”，则输出 It's a Tongtong number.，否则输出It's not a Tongtong number.。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It's a Tongtong number.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