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1150: 求完全数的个数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一个大于 1 的正整数若等于全部因子的和，则称此数为完全数。例如： 6 有因子 1,2,3 。同时 6=1+2+3 ，所以 6 是完全数。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 N ( 10 ≤ N ≤ 100000 )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小于等于 N 的完全数的个数。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