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1148: 数数小木块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15289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在墙角堆放着一堆完全相同的正方体小木块，如下图所示：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因为木块堆得实在是太有规律了，你只要知道它的层数就可以计算所有木块的数量了。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7827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pbty3w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827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  n ，表示这堆小木块的层数，已知 1 ≤ n ≤ 100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只有一个整数，表示这堆小木块的总数量。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