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1146: 求S的值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13168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 S=1+2+4+7+11+16 ⋯ 的值刚好大于等于 5000 时 S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