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1144: 等差素数组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1144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1774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如果两个素数之和的一半仍然是一个素数，则这三个素数可以组成一个等差素数组，如 (3+7)/2=5，则 (3，5，7) 为一个等差素数组，编程求 100 以内的所有等差素数组。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这里列出的 3 5 7 是符合题目要求的第一个等差素数组（注意：本题不考虑 3 个数相等的情况）。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若干行，每行 3 个数。空格隔开！（每行的三个数从小到大排列，先按第一个数从小到大输出等差素数组，如果第一个数相同，再按第二个数从小到大输出）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