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1143: 纯粹合数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一个合数，去掉最低位，剩下的数仍是合数，再去掉剩下的数的最低位，余留下来的数还是合数，这样反复，一直到最后剩下的一位数仍是合数；我们把这样的数称为纯粹合数。求所有的三位纯粹合数。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若干个 3 位数，每行一个（从小到大）。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