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1142: 素数回文数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1142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4057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函数问题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如果一个数从左边读和右边读都是同一个数，就称为回文数，例如 686 就是一个回文数。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编程求 10 到 1000 内所有的既是回文数同时又是素数的自然数。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无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若干个数，每行一个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