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1140: 亲密数对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键盘输入 N ，N 在 2 至 2000 之间，求 2 至 N 中的亲密数对，就是 A 的因子和等于 B ，B 的因子和等于 A ，且 A ≠ B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 48 和 75 是亲密数对。48 的因子和为 2+3+4+6+8+12+16+24=75 ，而 75 的因子和为 3+5+15+25=48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只有一行，为一个整数 N （ 2 ≤ N ≤ 2000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输出若干行，每行两个整数（用一个空格隔开）。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请注意，求出的亲密数对的 2 个数都不应该超过 n 的范围。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