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1139: 孪生素数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我们定义，如果 a 和 a+2 都是素数（如 5 和 7 ），那么我们就称 a 和 a+2 是一对孪生素数。请写一个程序找出 2 ∼ N 之间的所有孪生素数。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 2 &lt; N &lt; 1000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若干行，每行两个整数，即一对孪生素数。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