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1138: 求无暇素数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1138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函数问题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1658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函数问题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一个两位整数 A 本身是素数，若将其个位数字与十位数字交换，得到一个新的两位数 B ，而 B 也是素数，我们则称 A 为无暇素数。 例如： 31 是素数，个位数字与十位数字交换后得到 13 ，也是素数。所以 31 是无暇素数。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问题： 给出一个数字字符串（即字串中的字符全部由数字组成），求出其所有长度为 2 的子串组成的无暇素数。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一个数字字符串（长度  &lt; 20 ），以"%"结束。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全部的无暇素数，之间用一个逗号隔开。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321314%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13,31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