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1137: 纯粹素数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纯粹素数是这样定义的：一个素数，去掉最高位，剩下的数仍为素数，再去掉剩下的数的最高位，余下的数还是素数。这样下去一直到最后剩下的个位数也还是素数。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求出所有小于 3000 的四位的纯粹素数。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按从小到大的顺序输出若干个纯粹素数，每行一个。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