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1136: 输出m和n范围内的完全数(完美数)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任何一个自然数的约数中都有1和它本身，我们把小于它本身的因数叫做这个自然数的真约数。 如6的所有真约数是 1、2、3，而且 6=1＋2＋3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像这样，一个数所有真约数的和正好等于这个数，通常把这个数叫做完美数。 古希腊人非常重视完美数。毕达哥拉斯发现它之后，人们就开始了对完美数的研究。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现在要求输出所有在 m 和 n 范围内的完美数。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输入只有一行，是两个整数 m,n，中间用空格隔开。（2 ≤ m ≤ n ≤ 32767)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输出范围内的所有完全数，数与数之间用空格隔开。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