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1135: 歌德巴赫猜想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5428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任一个大于等于 4 的偶数都可以拆分为两个素数之和。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从键盘读入一个整数 n，请将小于等于 n 的偶数拆分为 2 个质数之和，列出所有方案。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(4 ≤ n ≤ 200）；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将小于等于 n 的偶数拆分为 2 个质数之和，列出所有方案，输出格式请参考样例输出。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4=2+2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6=3+3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8=3+5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10=3+7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10=5+5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