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1132: 保留整数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 str1，把其中的连续非数字的字符子串换成一个*，存入字符数组 str2 中，所有数字字符也必须依次存入 str2 中。输出 str2。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输入为一行字符串 str1，其中可能包含空格。字符串长度不超过 80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输出处理好的字符串 str2。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$Ts!47&amp;*s456  a23* +B9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*47*456*23*9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