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1127: 整数的拼接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 n 个整数(3≤n≤100)，将这些整数拼接起来，可以形成一个最大的整数。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例如：n=3，三个整数分别为 21 7 34， 拼接后最大的整数为： 73421。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再比如：n=3，三个整数分别是 1 10 110 ，拼接后最大的整数是：111010。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，表示有 n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个整数，数与数之间用一个空格分隔。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一个拼接后的最大的整数。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21 7 34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73421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