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1125: 删除字符串中间的*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输入一个字符串，将串前和串后的*保留，而将中间的*删除。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一个含*的字符串。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删除了串中的*的字符串。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***ABC123**123*abc***********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***ABC123123abc***********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