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1120: 倒置输出字符串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随机输入一个长度不超过 255 的字符串，将其倒置后输出。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只有一行。（测试数据不含空格）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只有一行，输出倒置后的字符串。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asdfghjkl123456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654321lkjhgfdsa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