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1119: 求各位数字之和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10659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N（0  ≤  N  ≤  2147483647） ，求它的各位数字之和。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189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