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1118: 既生瑜，何生亮！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 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某数的平方是 7 位数，且这 7 个数字不相同，如1267^2 = 1605289。 编写程序，输入 x ，y （ 1000 ≤ x ≤ y ≤ 9999 ）在 x ∼ y 的范围内找出所有符合条件的数并打印出来。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若干行，每行一个符合条件的数。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1000 1025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