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1117: 重新排列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现在有一个 30 位以内的自然数，你可以将组成这个数的各位数字重新排列，得到一个数值为最小的新数，但新数的位数保持不变。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请编程打印出重新排列后的新数。（如：231 重新排序后位数不变的最小数是 123 ，而 23105 重新排序后位数不变的最小数是 10235）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一个整数（位数  ≤ 30 位）。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重新排列后最小的新数。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