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1115: 数字和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1115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17245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输入一个很大的数，求各位上的数字和。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一个很大的整数（不超过 200 位）。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123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