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1114: 趣味填空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小华的寒假作业上，有这样一个趣味填空题： 给出用等号连接的两个整数，如 “1234＝127”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当然，现在这个等号是不成立的。题目让你在左边的整数中间某个位置插入一个加号，看有没有可能让等号成立。以上面的式子为例，如果写成 123+4=127，这就可以了。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请你编写一个程序来解决它。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只有那个不相等的式子。已知，等号两边的整数都不会超过2 × 10^9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如果存在这样的方案，请输出那个正确的式子。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如果不存在解决方案，请输出“Impossible!”（引号中的部分）。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1234=127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123+4=127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