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1113: 隐藏的最大整数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今天是个好日子，整数小伙伴们又一起出来聚会了。大家商议决定：今天玩捉迷藏！ 玩法很简单，就是把藏在一个长长的字符串中（任何两个人都不会并排藏在一起）数字伙伴找出来。而且，因为伙伴们太多，只找到此次藏起来的最大的那个伙伴就可以了。并且，大家一致同意，让 “1” 做第一个找人的人——当然，事先，他并不知道到底有哪些伙伴藏起来了…… 游戏开始了。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“1” 是一个很聪明的人，很快，他就把最大的那个伙伴找出来了…… 如果你是 “1” ，你能写个程序来解决这件事情么？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请注意：隐藏在字符串中的整数不会以0开头，也就是不存在这种字符串 *a032AB342 ，且读入的字符串不含空格。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只有一个字符串，这里面藏有很多的整数小伙伴。（字符串长度≤100，且不含空格）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测试数据中不存在多个一样大的整数，且测试数据中包含的整数可能超过 20 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只有一个整数，表示藏在其中的最大的那个整数小伙伴的位置（整数第一个数字在原串中的位置）。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*((*-a32AB342+//32143abAA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