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1111: 找最长单词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1111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5867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编写程序，根据给出的一个结束于 . 的字符字串，找出其中最长的含有字母 a 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一行，为一个字符字串，结束于句点 .。(读入的字符串的总长度不超过 300 个字符)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字串中的单词由一个或几个空格隔开。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一行。显示找出的最长的含有字母 a 的子串。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如果有多个这样的子串，只显示其中的第一个；若没有含字母 a 的子串，则显示 NO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