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1109: 加密四位数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1109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28130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某军事单位用 4 位整数来传递信息，传递之前要求先对这个 4 位数进行加密。加密的方式是每一位都先加上 5 然后对 10 取余数，再将得到的新数颠倒过来。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例如：原数是 1379 ，那么每位加 5 对 10 取余数的结果为 6824 ，然后颠倒该数，得到新数：4286。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再比如：原数是 2570，那么每位加 5 对 10 取余数的结果为 7025 ，然后颠倒该数，得到新数： 5207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请根据加密要求，写出加密算法！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加密前的 4 位数。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加密后的结果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1379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4286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