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1103: 字符串压缩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10952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输入字符串，输出压缩后的字符串。压缩的方法是把连续的相同字母压缩为"长度+字母"的形式，在本题中，单个的字母不需要压缩。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一行，一个字符串，只包含小写英文字母，长度不超过 255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输出压缩的结果。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aaabbbbbx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3a5bx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