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1101: 时间的差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看到两个标准格式的时间，有小时，有分钟，有秒，格式如：h:m:s，即 时 : 分 : 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你想知道，这两个时间之间相差多少吗？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输入包括两行，两行均为一个“时 : 分 : 秒”格式的时间。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且本题保证第一个时间一定大于第二个时间！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输出就是输入的两个时间之间的秒数差。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01:10:10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00:30:30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