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1100: 词组缩写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定义：一个词组中每个单词的首字母的大写组合称为该词组的缩写。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比如，C语言里常用的 EOF 就是 end of file 的缩写。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测试数据占一行，有一个词组（总长度不超过 200），每个词组由一个或多个单词组成；每组的单词个数不超过 10 个，每个单词有一个或多个大写或小写字母组成；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单词长度不超过 10，由一个或多个空格分隔这些单词。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输出规定的缩写。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end of file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EOF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