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1098: 判断是否构成回文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输入一串字符，字符个数不超过 100 ，且以 . 结束。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判断它们是否构成回文，如果不含 . 能构成回文输出 TRUE，否则输出 FALSE。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输入只有一行，包括一串字符。（测试数据不含空格）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输出只有一行，TRUE 或者 FALSE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