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1096: 打印字母塔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1096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3352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输入行数 n,打印图形。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 1 个整数。( n ≤ 15 )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输出有 n 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BAB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CBABC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