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1095: 字符图形11-字母正三角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1095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字符型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8243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字符型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输入一个整数打印字符图形。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一个整数。（0 &lt; n &lt; 10 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一个字符图形。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4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ABC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ABCDE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ABCDEFG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