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1094: 字符图形10-字母三角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9750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输入一个整数打印字符图形。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一个整数。（  0 &lt; n &lt; 10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BBB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CCCCC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